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4"/>
        </w:rPr>
        <w:t>Rechnung</w:t>
      </w:r>
    </w:p>
    <w:p>
      <w:r>
        <w:rPr>
          <w:color w:val="6B6459"/>
        </w:rPr>
        <w:t>Vorlage für Kleinunternehmer: ohne Umsatzsteuer, mit allen Pflichtangaben nach § 11 UStG. Graue Felder ersetzen, Hinweiszeilen am Ende löschen.</w:t>
      </w:r>
    </w:p>
    <w:tbl>
      <w:tblPr>
        <w:tblW w:type="auto" w:w="0"/>
        <w:tblLayout w:type="autofit"/>
        <w:tblLook w:firstColumn="1" w:firstRow="1" w:lastColumn="0" w:lastRow="0" w:noHBand="0" w:noVBand="1" w:val="04A0"/>
      </w:tblPr>
      <w:tblGrid>
        <w:gridCol w:w="4986"/>
        <w:gridCol w:w="4986"/>
      </w:tblGrid>
      <w:tr>
        <w:tc>
          <w:tcPr>
            <w:tcW w:type="dxa" w:w="4986"/>
          </w:tcPr>
          <w:p>
            <w:r>
              <w:t>Von (dein Name, deine Anschrift)</w:t>
              <w:br/>
              <w:t>[Dein Name]</w:t>
              <w:br/>
              <w:t>[Straße Nr.]</w:t>
              <w:br/>
              <w:t>[PLZ Ort]</w:t>
              <w:br/>
              <w:t>UID (falls vorhanden): [ATU12345678]</w:t>
            </w:r>
          </w:p>
        </w:tc>
        <w:tc>
          <w:tcPr>
            <w:tcW w:type="dxa" w:w="4986"/>
          </w:tcPr>
          <w:p>
            <w:r>
              <w:t>An (Name und Anschrift der Kundin oder des Kunden)</w:t>
              <w:br/>
              <w:t>[Name]</w:t>
              <w:br/>
              <w:t>[Straße Nr.]</w:t>
              <w:br/>
              <w:t>[PLZ Ort]</w:t>
            </w:r>
          </w:p>
        </w:tc>
      </w:tr>
    </w:tbl>
    <w:p/>
    <w:tbl>
      <w:tblPr>
        <w:tblStyle w:val="TableGrid"/>
        <w:tblW w:type="auto" w:w="0"/>
        <w:tblLook w:firstColumn="1" w:firstRow="1" w:lastColumn="0" w:lastRow="0" w:noHBand="0" w:noVBand="1" w:val="04A0"/>
      </w:tblPr>
      <w:tblGrid>
        <w:gridCol w:w="3324"/>
        <w:gridCol w:w="3324"/>
        <w:gridCol w:w="3324"/>
      </w:tblGrid>
      <w:tr>
        <w:tc>
          <w:tcPr>
            <w:tcW w:type="dxa" w:w="3324"/>
          </w:tcPr>
          <w:p>
            <w:r>
              <w:t>Rechnungsnummer</w:t>
            </w:r>
          </w:p>
        </w:tc>
        <w:tc>
          <w:tcPr>
            <w:tcW w:type="dxa" w:w="3324"/>
          </w:tcPr>
          <w:p>
            <w:r>
              <w:t>Rechnungsdatum</w:t>
            </w:r>
          </w:p>
        </w:tc>
        <w:tc>
          <w:tcPr>
            <w:tcW w:type="dxa" w:w="3324"/>
          </w:tcPr>
          <w:p>
            <w:r>
              <w:t>Tag oder Zeitraum der Leistung</w:t>
            </w:r>
          </w:p>
        </w:tc>
      </w:tr>
      <w:tr>
        <w:tc>
          <w:tcPr>
            <w:tcW w:type="dxa" w:w="3324"/>
          </w:tcPr>
          <w:p>
            <w:r>
              <w:t>[2026-001]</w:t>
            </w:r>
          </w:p>
        </w:tc>
        <w:tc>
          <w:tcPr>
            <w:tcW w:type="dxa" w:w="3324"/>
          </w:tcPr>
          <w:p>
            <w:r>
              <w:t>[TT.MM.JJJJ]</w:t>
            </w:r>
          </w:p>
        </w:tc>
        <w:tc>
          <w:tcPr>
            <w:tcW w:type="dxa" w:w="3324"/>
          </w:tcPr>
          <w:p>
            <w:r>
              <w:t>[TT.MM.JJJJ]</w:t>
            </w:r>
          </w:p>
        </w:tc>
      </w:tr>
    </w:tbl>
    <w:p/>
    <w:tbl>
      <w:tblPr>
        <w:tblStyle w:val="TableGrid"/>
        <w:tblW w:type="auto" w:w="0"/>
        <w:tblLook w:firstColumn="1" w:firstRow="1" w:lastColumn="0" w:lastRow="0" w:noHBand="0" w:noVBand="1" w:val="04A0"/>
      </w:tblPr>
      <w:tblGrid>
        <w:gridCol w:w="3324"/>
        <w:gridCol w:w="3324"/>
        <w:gridCol w:w="3324"/>
      </w:tblGrid>
      <w:tr>
        <w:tc>
          <w:tcPr>
            <w:tcW w:type="dxa" w:w="3324"/>
          </w:tcPr>
          <w:p>
            <w:r>
              <w:t>Menge</w:t>
            </w:r>
          </w:p>
        </w:tc>
        <w:tc>
          <w:tcPr>
            <w:tcW w:type="dxa" w:w="3324"/>
          </w:tcPr>
          <w:p>
            <w:r>
              <w:t>Bezeichnung der Ware oder Art und Umfang der Leistung</w:t>
            </w:r>
          </w:p>
        </w:tc>
        <w:tc>
          <w:tcPr>
            <w:tcW w:type="dxa" w:w="3324"/>
          </w:tcPr>
          <w:p>
            <w:r>
              <w:t>Betrag in Euro</w:t>
            </w:r>
          </w:p>
        </w:tc>
      </w:tr>
      <w:tr>
        <w:tc>
          <w:tcPr>
            <w:tcW w:type="dxa" w:w="3324"/>
          </w:tcPr>
          <w:p>
            <w:r>
              <w:t>[1]</w:t>
            </w:r>
          </w:p>
        </w:tc>
        <w:tc>
          <w:tcPr>
            <w:tcW w:type="dxa" w:w="3324"/>
          </w:tcPr>
          <w:p>
            <w:r>
              <w:t>[Leistung]</w:t>
            </w:r>
          </w:p>
        </w:tc>
        <w:tc>
          <w:tcPr>
            <w:tcW w:type="dxa" w:w="3324"/>
          </w:tcPr>
          <w:p>
            <w:r>
              <w:t>[0,00]</w:t>
            </w:r>
          </w:p>
        </w:tc>
      </w:tr>
      <w:tr>
        <w:tc>
          <w:tcPr>
            <w:tcW w:type="dxa" w:w="3324"/>
          </w:tcPr>
          <w:p>
            <w:r>
              <w:t>[1]</w:t>
            </w:r>
          </w:p>
        </w:tc>
        <w:tc>
          <w:tcPr>
            <w:tcW w:type="dxa" w:w="3324"/>
          </w:tcPr>
          <w:p>
            <w:r>
              <w:t>[Leistung]</w:t>
            </w:r>
          </w:p>
        </w:tc>
        <w:tc>
          <w:tcPr>
            <w:tcW w:type="dxa" w:w="3324"/>
          </w:tcPr>
          <w:p>
            <w:r>
              <w:t>[0,00]</w:t>
            </w:r>
          </w:p>
        </w:tc>
      </w:tr>
      <w:tr>
        <w:tc>
          <w:tcPr>
            <w:tcW w:type="dxa" w:w="3324"/>
          </w:tcPr>
          <w:p>
            <w:r>
              <w:t>[1]</w:t>
            </w:r>
          </w:p>
        </w:tc>
        <w:tc>
          <w:tcPr>
            <w:tcW w:type="dxa" w:w="3324"/>
          </w:tcPr>
          <w:p>
            <w:r>
              <w:t>[Leistung]</w:t>
            </w:r>
          </w:p>
        </w:tc>
        <w:tc>
          <w:tcPr>
            <w:tcW w:type="dxa" w:w="3324"/>
          </w:tcPr>
          <w:p>
            <w:r>
              <w:t>[0,00]</w:t>
            </w:r>
          </w:p>
        </w:tc>
      </w:tr>
      <w:tr>
        <w:tc>
          <w:tcPr>
            <w:tcW w:type="dxa" w:w="3324"/>
          </w:tcPr>
          <w:p>
            <w:r>
              <w:t>[1]</w:t>
            </w:r>
          </w:p>
        </w:tc>
        <w:tc>
          <w:tcPr>
            <w:tcW w:type="dxa" w:w="3324"/>
          </w:tcPr>
          <w:p>
            <w:r>
              <w:t>[Leistung]</w:t>
            </w:r>
          </w:p>
        </w:tc>
        <w:tc>
          <w:tcPr>
            <w:tcW w:type="dxa" w:w="3324"/>
          </w:tcPr>
          <w:p>
            <w:r>
              <w:t>[0,00]</w:t>
            </w:r>
          </w:p>
        </w:tc>
      </w:tr>
      <w:tr>
        <w:tc>
          <w:tcPr>
            <w:tcW w:type="dxa" w:w="3324"/>
          </w:tcPr>
          <w:p/>
        </w:tc>
        <w:tc>
          <w:tcPr>
            <w:tcW w:type="dxa" w:w="3324"/>
          </w:tcPr>
          <w:p>
            <w:r>
              <w:rPr>
                <w:b/>
              </w:rPr>
              <w:t>Rechnungsbetrag (Entgelt, ohne Umsatzsteuer)</w:t>
            </w:r>
          </w:p>
        </w:tc>
        <w:tc>
          <w:tcPr>
            <w:tcW w:type="dxa" w:w="3324"/>
          </w:tcPr>
          <w:p>
            <w:r>
              <w:rPr>
                <w:b/>
              </w:rPr>
              <w:t>[0,00]</w:t>
            </w:r>
          </w:p>
        </w:tc>
      </w:tr>
    </w:tbl>
    <w:p/>
    <w:p>
      <w:r>
        <w:rPr>
          <w:b/>
        </w:rPr>
        <w:t>Umsatzsteuerfrei – Kleinunternehmer gem. § 6 Abs. 1 Z 27 UStG</w:t>
      </w:r>
    </w:p>
    <w:p>
      <w:r>
        <w:t>Zahlbar bis [TT.MM.JJJJ] auf IBAN [AT..] (BIC [..]).</w:t>
      </w:r>
    </w:p>
    <w:p/>
    <w:p>
      <w:r>
        <w:rPr>
          <w:color w:val="6B6459"/>
          <w:sz w:val="17"/>
        </w:rPr>
        <w:t>Hinweise (vor dem Versand löschen):</w:t>
      </w:r>
    </w:p>
    <w:p>
      <w:r>
        <w:rPr>
          <w:color w:val="6B6459"/>
          <w:sz w:val="17"/>
        </w:rPr>
        <w:t>Als Kleinunternehmer darfst du seit 1. Jänner 2025 die vereinfachte Rechnung nutzen (§ 11 Abs 6 UStG). Diese Vorlage führt trotzdem alle Angaben, damit nichts fehlt.</w:t>
      </w:r>
    </w:p>
    <w:p>
      <w:r>
        <w:rPr>
          <w:color w:val="6B6459"/>
          <w:sz w:val="17"/>
        </w:rPr>
        <w:t>Die Rechnungsnummer vergibst du fortlaufend und nur einmal. Rechnungen hebst du bis zum 31. Dezember des siebenten Folgejahres auf (§ 132 BAO). Eine ausgestellte Rechnung änderst du nicht, du stornierst oder berichtigst sie.</w:t>
      </w:r>
    </w:p>
    <w:p>
      <w:r>
        <w:rPr>
          <w:color w:val="6B6459"/>
          <w:sz w:val="17"/>
        </w:rPr>
        <w:t>Vorlage von BuchhaltGenie (buchhaltgenie.at). Allgemeine Information, keine Steuerberatung.</w:t>
      </w:r>
    </w:p>
    <w:sectPr w:rsidR="00FC693F" w:rsidRPr="0006063C" w:rsidSect="00034616">
      <w:pgSz w:w="12240" w:h="15840"/>
      <w:pgMar w:top="102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Rechnungsvorlage für Kleinunternehmer</dc:title>
  <dc:subject/>
  <dc:creator>BuchhaltGenie</dc:creator>
  <cp:keywords/>
  <dc:description>generated by python-docx</dc:description>
  <cp:lastModifiedBy/>
  <cp:revision>1</cp:revision>
  <dcterms:created xsi:type="dcterms:W3CDTF">2013-12-23T23:15:00Z</dcterms:created>
  <dcterms:modified xsi:type="dcterms:W3CDTF">2013-12-23T23:15:00Z</dcterms:modified>
  <cp:category/>
</cp:coreProperties>
</file>